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9CFBEE" w14:textId="77777777" w:rsidR="00C0310A" w:rsidRPr="008929F2" w:rsidRDefault="00560EC8" w:rsidP="00925D22">
      <w:pPr>
        <w:rPr>
          <w:lang w:val="it-IT"/>
        </w:rPr>
      </w:pPr>
      <w:r w:rsidRPr="008929F2">
        <w:rPr>
          <w:b/>
          <w:sz w:val="28"/>
          <w:lang w:val="it-IT"/>
        </w:rPr>
        <w:t>RICHIESTA E AUTORIZZAZIONE CONGIUNTA PER LA SOMMINISTRAZIONE DI FARMACI IN ORARIO SCOLASTICO</w:t>
      </w:r>
      <w:r w:rsidRPr="008929F2">
        <w:rPr>
          <w:b/>
          <w:sz w:val="28"/>
          <w:lang w:val="it-IT"/>
        </w:rPr>
        <w:br/>
      </w:r>
      <w:r w:rsidRPr="008929F2">
        <w:rPr>
          <w:i/>
          <w:sz w:val="20"/>
          <w:lang w:val="it-IT"/>
        </w:rPr>
        <w:t>(Ai sensi delle Linee Guida vigenti per la somministrazione dei farmaci a scuola)</w:t>
      </w:r>
    </w:p>
    <w:p w14:paraId="6E799F5E" w14:textId="34D4B469" w:rsidR="00C0310A" w:rsidRDefault="00560EC8" w:rsidP="008929F2">
      <w:pPr>
        <w:jc w:val="right"/>
        <w:rPr>
          <w:lang w:val="it-IT"/>
        </w:rPr>
      </w:pPr>
      <w:r w:rsidRPr="008929F2">
        <w:rPr>
          <w:lang w:val="it-IT"/>
        </w:rPr>
        <w:br/>
        <w:t>Al Dirigente Scolastico dell'</w:t>
      </w:r>
      <w:r w:rsidRPr="008929F2">
        <w:rPr>
          <w:b/>
          <w:lang w:val="it-IT"/>
        </w:rPr>
        <w:t>I</w:t>
      </w:r>
      <w:r w:rsidR="008929F2" w:rsidRPr="008929F2">
        <w:rPr>
          <w:b/>
          <w:lang w:val="it-IT"/>
        </w:rPr>
        <w:t>IS Vittorio Veneto Salvemini di Latina</w:t>
      </w:r>
      <w:r w:rsidRPr="008929F2">
        <w:rPr>
          <w:lang w:val="it-IT"/>
        </w:rPr>
        <w:t xml:space="preserve"> </w:t>
      </w:r>
    </w:p>
    <w:p w14:paraId="5F19F70F" w14:textId="77777777" w:rsidR="008929F2" w:rsidRPr="008929F2" w:rsidRDefault="008929F2" w:rsidP="008929F2">
      <w:pPr>
        <w:jc w:val="right"/>
        <w:rPr>
          <w:lang w:val="it-IT"/>
        </w:rPr>
      </w:pPr>
    </w:p>
    <w:p w14:paraId="4AE3C50B" w14:textId="73209301" w:rsidR="00C0310A" w:rsidRPr="008929F2" w:rsidRDefault="00C0310A" w:rsidP="00925D22">
      <w:pPr>
        <w:rPr>
          <w:lang w:val="it-IT"/>
        </w:rPr>
      </w:pPr>
    </w:p>
    <w:p w14:paraId="1F0B266B" w14:textId="21A6825D" w:rsidR="00C0310A" w:rsidRPr="008929F2" w:rsidRDefault="00560EC8" w:rsidP="00925D22">
      <w:pPr>
        <w:rPr>
          <w:lang w:val="it-IT"/>
        </w:rPr>
      </w:pPr>
      <w:r w:rsidRPr="008929F2">
        <w:rPr>
          <w:b/>
          <w:lang w:val="it-IT"/>
        </w:rPr>
        <w:t>1. DATI DELL</w:t>
      </w:r>
      <w:r w:rsidR="008929F2">
        <w:rPr>
          <w:b/>
          <w:lang w:val="it-IT"/>
        </w:rPr>
        <w:t>O STUDENTE/STUDENTESSA</w:t>
      </w:r>
    </w:p>
    <w:p w14:paraId="09CD8E2C" w14:textId="77777777" w:rsidR="00C0310A" w:rsidRPr="008929F2" w:rsidRDefault="00560EC8" w:rsidP="00925D22">
      <w:pPr>
        <w:rPr>
          <w:lang w:val="it-IT"/>
        </w:rPr>
      </w:pPr>
      <w:r w:rsidRPr="008929F2">
        <w:rPr>
          <w:lang w:val="it-IT"/>
        </w:rPr>
        <w:t>•  Cognome e Nome: ________________________________________________________________</w:t>
      </w:r>
      <w:r w:rsidRPr="008929F2">
        <w:rPr>
          <w:lang w:val="it-IT"/>
        </w:rPr>
        <w:t>__</w:t>
      </w:r>
    </w:p>
    <w:p w14:paraId="2DD3E369" w14:textId="77777777" w:rsidR="00C0310A" w:rsidRPr="008929F2" w:rsidRDefault="00560EC8" w:rsidP="00925D22">
      <w:pPr>
        <w:rPr>
          <w:lang w:val="it-IT"/>
        </w:rPr>
      </w:pPr>
      <w:r w:rsidRPr="008929F2">
        <w:rPr>
          <w:lang w:val="it-IT"/>
        </w:rPr>
        <w:t>•  Data e Luogo di Nascita: ___________________________________________________________</w:t>
      </w:r>
    </w:p>
    <w:p w14:paraId="34C7FA2D" w14:textId="2BD3E623" w:rsidR="00C0310A" w:rsidRPr="008929F2" w:rsidRDefault="00560EC8" w:rsidP="00925D22">
      <w:pPr>
        <w:rPr>
          <w:lang w:val="it-IT"/>
        </w:rPr>
      </w:pPr>
      <w:r w:rsidRPr="008929F2">
        <w:rPr>
          <w:lang w:val="it-IT"/>
        </w:rPr>
        <w:t xml:space="preserve">•  Classe: ___________ Sezione: ___________ </w:t>
      </w:r>
      <w:r w:rsidR="008929F2">
        <w:rPr>
          <w:lang w:val="it-IT"/>
        </w:rPr>
        <w:t>Indirizzo _______________________</w:t>
      </w:r>
      <w:r w:rsidRPr="008929F2">
        <w:rPr>
          <w:lang w:val="it-IT"/>
        </w:rPr>
        <w:br/>
      </w:r>
    </w:p>
    <w:p w14:paraId="76D571AD" w14:textId="77777777" w:rsidR="00C0310A" w:rsidRPr="008929F2" w:rsidRDefault="00560EC8" w:rsidP="00925D22">
      <w:pPr>
        <w:rPr>
          <w:lang w:val="it-IT"/>
        </w:rPr>
      </w:pPr>
      <w:r w:rsidRPr="008929F2">
        <w:rPr>
          <w:b/>
          <w:lang w:val="it-IT"/>
        </w:rPr>
        <w:t>2. DATI DEI GENITORI / ESERCENTI LA RESP</w:t>
      </w:r>
      <w:r w:rsidRPr="008929F2">
        <w:rPr>
          <w:b/>
          <w:lang w:val="it-IT"/>
        </w:rPr>
        <w:t>ONSABILITÀ GENITORIALE</w:t>
      </w:r>
    </w:p>
    <w:p w14:paraId="7576F82D" w14:textId="77777777" w:rsidR="00C0310A" w:rsidRPr="008929F2" w:rsidRDefault="00560EC8" w:rsidP="00925D22">
      <w:pPr>
        <w:rPr>
          <w:lang w:val="it-IT"/>
        </w:rPr>
      </w:pPr>
      <w:r w:rsidRPr="008929F2">
        <w:rPr>
          <w:i/>
          <w:lang w:val="it-IT"/>
        </w:rPr>
        <w:t>(In caso di studente maggiorenne, i dati seguenti si riferiscono allo studente stesso che compila in proprio)</w:t>
      </w:r>
    </w:p>
    <w:p w14:paraId="701BB9C6" w14:textId="77777777" w:rsidR="00C0310A" w:rsidRPr="008929F2" w:rsidRDefault="00560EC8" w:rsidP="00925D22">
      <w:pPr>
        <w:rPr>
          <w:lang w:val="it-IT"/>
        </w:rPr>
      </w:pPr>
      <w:r w:rsidRPr="008929F2">
        <w:rPr>
          <w:lang w:val="it-IT"/>
        </w:rPr>
        <w:t>I sottoscritti (entrambi i genitori sono tenuti a compilare e firmare il presente modulo):</w:t>
      </w:r>
    </w:p>
    <w:p w14:paraId="72B2E2A1" w14:textId="77777777" w:rsidR="00C0310A" w:rsidRPr="008929F2" w:rsidRDefault="00560EC8" w:rsidP="00925D22">
      <w:pPr>
        <w:rPr>
          <w:lang w:val="it-IT"/>
        </w:rPr>
      </w:pPr>
      <w:r w:rsidRPr="008929F2">
        <w:rPr>
          <w:lang w:val="it-IT"/>
        </w:rPr>
        <w:t>1.  Cognome e Nome (Genitore 1):</w:t>
      </w:r>
      <w:r w:rsidRPr="008929F2">
        <w:rPr>
          <w:lang w:val="it-IT"/>
        </w:rPr>
        <w:t xml:space="preserve"> ______________________________________________________</w:t>
      </w:r>
    </w:p>
    <w:p w14:paraId="53AD2483" w14:textId="77777777" w:rsidR="00C0310A" w:rsidRPr="008929F2" w:rsidRDefault="00560EC8" w:rsidP="00925D22">
      <w:pPr>
        <w:rPr>
          <w:lang w:val="it-IT"/>
        </w:rPr>
      </w:pPr>
      <w:r w:rsidRPr="008929F2">
        <w:rPr>
          <w:lang w:val="it-IT"/>
        </w:rPr>
        <w:t xml:space="preserve">    Codice Fiscale: __________________________________ Tel: _______________________________</w:t>
      </w:r>
    </w:p>
    <w:p w14:paraId="345E9054" w14:textId="77777777" w:rsidR="00C0310A" w:rsidRPr="008929F2" w:rsidRDefault="00560EC8" w:rsidP="00925D22">
      <w:pPr>
        <w:rPr>
          <w:lang w:val="it-IT"/>
        </w:rPr>
      </w:pPr>
      <w:r w:rsidRPr="008929F2">
        <w:rPr>
          <w:lang w:val="it-IT"/>
        </w:rPr>
        <w:t>2.  Cognome e Nome (Genitore 2): ______________________________________________________</w:t>
      </w:r>
    </w:p>
    <w:p w14:paraId="2AD3BF15" w14:textId="77777777" w:rsidR="00C0310A" w:rsidRPr="008929F2" w:rsidRDefault="00560EC8" w:rsidP="00925D22">
      <w:pPr>
        <w:rPr>
          <w:lang w:val="it-IT"/>
        </w:rPr>
      </w:pPr>
      <w:r w:rsidRPr="008929F2">
        <w:rPr>
          <w:lang w:val="it-IT"/>
        </w:rPr>
        <w:t xml:space="preserve">    Codice Fiscale: </w:t>
      </w:r>
      <w:r w:rsidRPr="008929F2">
        <w:rPr>
          <w:lang w:val="it-IT"/>
        </w:rPr>
        <w:t>__________________________________ Tel: _______________________________</w:t>
      </w:r>
      <w:r w:rsidRPr="008929F2">
        <w:rPr>
          <w:lang w:val="it-IT"/>
        </w:rPr>
        <w:br/>
      </w:r>
    </w:p>
    <w:p w14:paraId="185656EF" w14:textId="77777777" w:rsidR="00C0310A" w:rsidRPr="008929F2" w:rsidRDefault="00560EC8" w:rsidP="00925D22">
      <w:pPr>
        <w:rPr>
          <w:lang w:val="it-IT"/>
        </w:rPr>
      </w:pPr>
      <w:r w:rsidRPr="008929F2">
        <w:rPr>
          <w:b/>
          <w:lang w:val="it-IT"/>
        </w:rPr>
        <w:t>3. OGGETTO DELLA RICHIESTA E DICHIARAZIONE DI REQUISITI</w:t>
      </w:r>
    </w:p>
    <w:p w14:paraId="4351BB2F" w14:textId="77777777" w:rsidR="00C0310A" w:rsidRPr="008929F2" w:rsidRDefault="00560EC8" w:rsidP="00925D22">
      <w:pPr>
        <w:rPr>
          <w:lang w:val="it-IT"/>
        </w:rPr>
      </w:pPr>
      <w:r w:rsidRPr="008929F2">
        <w:rPr>
          <w:lang w:val="it-IT"/>
        </w:rPr>
        <w:t>I sottoscritti richiedono e autorizzano l'istituzione scolastica a consentire la somministrazione del farmaco in orario scolast</w:t>
      </w:r>
      <w:r w:rsidRPr="008929F2">
        <w:rPr>
          <w:lang w:val="it-IT"/>
        </w:rPr>
        <w:t>ico, consapevoli e dichiarando sotto la propria responsabilità che:</w:t>
      </w:r>
    </w:p>
    <w:p w14:paraId="3186C1EF" w14:textId="77777777" w:rsidR="00C0310A" w:rsidRPr="008929F2" w:rsidRDefault="00560EC8" w:rsidP="00925D22">
      <w:pPr>
        <w:rPr>
          <w:lang w:val="it-IT"/>
        </w:rPr>
      </w:pPr>
      <w:r w:rsidRPr="008929F2">
        <w:rPr>
          <w:lang w:val="it-IT"/>
        </w:rPr>
        <w:t>•  La somministrazione riguarda esclusivamente un caso di assoluta necessità, in cui la mancata assunzione del farmaco può causare un grave pregiudizio alla salute o all'incolumità dello s</w:t>
      </w:r>
      <w:r w:rsidRPr="008929F2">
        <w:rPr>
          <w:lang w:val="it-IT"/>
        </w:rPr>
        <w:t>tudente, ovvero pregiudicare il suo diritto allo studio.</w:t>
      </w:r>
      <w:bookmarkStart w:id="0" w:name="_GoBack"/>
      <w:bookmarkEnd w:id="0"/>
    </w:p>
    <w:p w14:paraId="6EBF3DFF" w14:textId="7B308AE7" w:rsidR="00F96A56" w:rsidRDefault="00F96A56" w:rsidP="00925D22">
      <w:pPr>
        <w:rPr>
          <w:b/>
          <w:lang w:val="it-IT"/>
        </w:rPr>
      </w:pPr>
    </w:p>
    <w:p w14:paraId="104DB6FB" w14:textId="77777777" w:rsidR="008929F2" w:rsidRPr="008929F2" w:rsidRDefault="008929F2" w:rsidP="00925D22">
      <w:pPr>
        <w:rPr>
          <w:b/>
          <w:lang w:val="it-IT"/>
        </w:rPr>
      </w:pPr>
    </w:p>
    <w:p w14:paraId="0EB76BD8" w14:textId="5DADC72F" w:rsidR="00C0310A" w:rsidRPr="008929F2" w:rsidRDefault="00560EC8" w:rsidP="00925D22">
      <w:pPr>
        <w:rPr>
          <w:lang w:val="it-IT"/>
        </w:rPr>
      </w:pPr>
      <w:r w:rsidRPr="008929F2">
        <w:rPr>
          <w:b/>
          <w:lang w:val="it-IT"/>
        </w:rPr>
        <w:lastRenderedPageBreak/>
        <w:t>4. MODALITÀ DI SOMMINISTRAZIONE (Selezionare una sola opzione)</w:t>
      </w:r>
    </w:p>
    <w:p w14:paraId="2DB0FE82" w14:textId="450C5604" w:rsidR="00C0310A" w:rsidRPr="008929F2" w:rsidRDefault="00560EC8" w:rsidP="00925D22">
      <w:pPr>
        <w:rPr>
          <w:lang w:val="it-IT"/>
        </w:rPr>
      </w:pPr>
      <w:proofErr w:type="gramStart"/>
      <w:r w:rsidRPr="0003018A">
        <w:rPr>
          <w:lang w:val="it-IT"/>
        </w:rPr>
        <w:t>[  ]</w:t>
      </w:r>
      <w:proofErr w:type="gramEnd"/>
      <w:r w:rsidRPr="0003018A">
        <w:rPr>
          <w:lang w:val="it-IT"/>
        </w:rPr>
        <w:t xml:space="preserve">  OPZIONE A - Somministrazione da parte del personale scolastico: Si richiede che il personale scolastico incaricato e non sanitari</w:t>
      </w:r>
      <w:r w:rsidRPr="0003018A">
        <w:rPr>
          <w:lang w:val="it-IT"/>
        </w:rPr>
        <w:t>o somministri il farmaco</w:t>
      </w:r>
      <w:r w:rsidR="00F96A56" w:rsidRPr="0003018A">
        <w:rPr>
          <w:lang w:val="it-IT"/>
        </w:rPr>
        <w:t xml:space="preserve">. </w:t>
      </w:r>
      <w:r w:rsidRPr="0003018A">
        <w:rPr>
          <w:lang w:val="it-IT"/>
        </w:rPr>
        <w:t xml:space="preserve"> </w:t>
      </w:r>
      <w:r w:rsidR="00F96A56" w:rsidRPr="008929F2">
        <w:rPr>
          <w:b/>
          <w:bCs/>
          <w:lang w:val="it-IT"/>
        </w:rPr>
        <w:t>Si allega dichiarazione medica attestante che l'operazione non richiede alcuna discrezionalità medica né competenze specialistiche</w:t>
      </w:r>
      <w:r w:rsidR="00925D22" w:rsidRPr="008929F2">
        <w:rPr>
          <w:lang w:val="it-IT"/>
        </w:rPr>
        <w:t xml:space="preserve"> (si veda punto 7).</w:t>
      </w:r>
    </w:p>
    <w:p w14:paraId="7A208E2D" w14:textId="77777777" w:rsidR="00C0310A" w:rsidRPr="0003018A" w:rsidRDefault="00560EC8" w:rsidP="00925D22">
      <w:pPr>
        <w:rPr>
          <w:lang w:val="it-IT"/>
        </w:rPr>
      </w:pPr>
      <w:proofErr w:type="gramStart"/>
      <w:r w:rsidRPr="0003018A">
        <w:rPr>
          <w:lang w:val="it-IT"/>
        </w:rPr>
        <w:t>[  ]</w:t>
      </w:r>
      <w:proofErr w:type="gramEnd"/>
      <w:r w:rsidRPr="0003018A">
        <w:rPr>
          <w:lang w:val="it-IT"/>
        </w:rPr>
        <w:t xml:space="preserve">  OPZIONE B - </w:t>
      </w:r>
      <w:proofErr w:type="spellStart"/>
      <w:r w:rsidRPr="0003018A">
        <w:rPr>
          <w:lang w:val="it-IT"/>
        </w:rPr>
        <w:t>Autosomministrazione</w:t>
      </w:r>
      <w:proofErr w:type="spellEnd"/>
      <w:r w:rsidRPr="0003018A">
        <w:rPr>
          <w:lang w:val="it-IT"/>
        </w:rPr>
        <w:t xml:space="preserve"> da parte dello studente: Si richiede che</w:t>
      </w:r>
      <w:r w:rsidRPr="0003018A">
        <w:rPr>
          <w:lang w:val="it-IT"/>
        </w:rPr>
        <w:t xml:space="preserve"> lo studente proceda all'</w:t>
      </w:r>
      <w:proofErr w:type="spellStart"/>
      <w:r w:rsidRPr="0003018A">
        <w:rPr>
          <w:lang w:val="it-IT"/>
        </w:rPr>
        <w:t>autosomministrazione</w:t>
      </w:r>
      <w:proofErr w:type="spellEnd"/>
      <w:r w:rsidRPr="0003018A">
        <w:rPr>
          <w:lang w:val="it-IT"/>
        </w:rPr>
        <w:t xml:space="preserve"> autonoma del farmaco, sotto la diretta vigilanza del personale scolastico preposto, essendo l'alunno pienamente capace e addestrato a compiere tale gesto in sicurezza.</w:t>
      </w:r>
      <w:r w:rsidRPr="0003018A">
        <w:rPr>
          <w:lang w:val="it-IT"/>
        </w:rPr>
        <w:br/>
      </w:r>
    </w:p>
    <w:p w14:paraId="4DFB4317" w14:textId="77777777" w:rsidR="00C0310A" w:rsidRPr="008929F2" w:rsidRDefault="00560EC8" w:rsidP="00925D22">
      <w:pPr>
        <w:rPr>
          <w:lang w:val="it-IT"/>
        </w:rPr>
      </w:pPr>
      <w:r w:rsidRPr="008929F2">
        <w:rPr>
          <w:b/>
          <w:lang w:val="it-IT"/>
        </w:rPr>
        <w:t>5. DETTAGLI DEL FARMACO DA SOMMINISTRARE</w:t>
      </w:r>
    </w:p>
    <w:p w14:paraId="3B49B52E" w14:textId="77777777" w:rsidR="00C0310A" w:rsidRPr="008929F2" w:rsidRDefault="00560EC8" w:rsidP="00925D22">
      <w:pPr>
        <w:rPr>
          <w:lang w:val="it-IT"/>
        </w:rPr>
      </w:pPr>
      <w:r w:rsidRPr="008929F2">
        <w:rPr>
          <w:i/>
          <w:lang w:val="it-IT"/>
        </w:rPr>
        <w:t>(I dati inseriti devono coincidere tassativamente con la certificazione medica allegata)</w:t>
      </w:r>
    </w:p>
    <w:p w14:paraId="15B867CD" w14:textId="77777777" w:rsidR="00C0310A" w:rsidRPr="008929F2" w:rsidRDefault="00560EC8" w:rsidP="00925D22">
      <w:pPr>
        <w:rPr>
          <w:lang w:val="it-IT"/>
        </w:rPr>
      </w:pPr>
      <w:r w:rsidRPr="008929F2">
        <w:rPr>
          <w:lang w:val="it-IT"/>
        </w:rPr>
        <w:t>•  Nome commerciale del farmaco: _____________________________________________________</w:t>
      </w:r>
    </w:p>
    <w:p w14:paraId="5E72DEE4" w14:textId="77777777" w:rsidR="00C0310A" w:rsidRPr="008929F2" w:rsidRDefault="00560EC8" w:rsidP="00925D22">
      <w:pPr>
        <w:rPr>
          <w:lang w:val="it-IT"/>
        </w:rPr>
      </w:pPr>
      <w:r w:rsidRPr="008929F2">
        <w:rPr>
          <w:lang w:val="it-IT"/>
        </w:rPr>
        <w:t>•  Posologia (dosaggio esatto): ________________________________________________</w:t>
      </w:r>
      <w:r w:rsidRPr="008929F2">
        <w:rPr>
          <w:lang w:val="it-IT"/>
        </w:rPr>
        <w:t>________</w:t>
      </w:r>
    </w:p>
    <w:p w14:paraId="77DDAC3D" w14:textId="77777777" w:rsidR="00C0310A" w:rsidRPr="008929F2" w:rsidRDefault="00560EC8" w:rsidP="00925D22">
      <w:pPr>
        <w:rPr>
          <w:lang w:val="it-IT"/>
        </w:rPr>
      </w:pPr>
      <w:r w:rsidRPr="008929F2">
        <w:rPr>
          <w:lang w:val="it-IT"/>
        </w:rPr>
        <w:t>•  Orario preciso di somministrazione: ___________________________________________________</w:t>
      </w:r>
    </w:p>
    <w:p w14:paraId="0E259115" w14:textId="77777777" w:rsidR="00C0310A" w:rsidRPr="008929F2" w:rsidRDefault="00560EC8" w:rsidP="00925D22">
      <w:pPr>
        <w:rPr>
          <w:lang w:val="it-IT"/>
        </w:rPr>
      </w:pPr>
      <w:r w:rsidRPr="008929F2">
        <w:rPr>
          <w:lang w:val="it-IT"/>
        </w:rPr>
        <w:t>•  Durata della terapia: dal ______________________ al ______________________</w:t>
      </w:r>
    </w:p>
    <w:p w14:paraId="523B7BEA" w14:textId="77777777" w:rsidR="00C0310A" w:rsidRPr="008929F2" w:rsidRDefault="00560EC8" w:rsidP="00925D22">
      <w:pPr>
        <w:rPr>
          <w:lang w:val="it-IT"/>
        </w:rPr>
      </w:pPr>
      <w:r w:rsidRPr="008929F2">
        <w:rPr>
          <w:lang w:val="it-IT"/>
        </w:rPr>
        <w:t>•  Modalità di somministrazione: _____________________________________________</w:t>
      </w:r>
      <w:r w:rsidRPr="008929F2">
        <w:rPr>
          <w:lang w:val="it-IT"/>
        </w:rPr>
        <w:t>__________</w:t>
      </w:r>
    </w:p>
    <w:p w14:paraId="4F0D9D11" w14:textId="77777777" w:rsidR="00C0310A" w:rsidRPr="008929F2" w:rsidRDefault="00560EC8" w:rsidP="00925D22">
      <w:pPr>
        <w:rPr>
          <w:lang w:val="it-IT"/>
        </w:rPr>
      </w:pPr>
      <w:r w:rsidRPr="008929F2">
        <w:rPr>
          <w:lang w:val="it-IT"/>
        </w:rPr>
        <w:t xml:space="preserve">•  Modalità di </w:t>
      </w:r>
      <w:proofErr w:type="gramStart"/>
      <w:r w:rsidRPr="008929F2">
        <w:rPr>
          <w:lang w:val="it-IT"/>
        </w:rPr>
        <w:t>conservazione:  [</w:t>
      </w:r>
      <w:proofErr w:type="gramEnd"/>
      <w:r w:rsidRPr="008929F2">
        <w:rPr>
          <w:lang w:val="it-IT"/>
        </w:rPr>
        <w:t xml:space="preserve">  ] Temperatura ambiente   [  ] Frigorifero   [  ] Altro: _______________</w:t>
      </w:r>
      <w:r w:rsidRPr="008929F2">
        <w:rPr>
          <w:lang w:val="it-IT"/>
        </w:rPr>
        <w:br/>
      </w:r>
    </w:p>
    <w:p w14:paraId="584F85F1" w14:textId="77777777" w:rsidR="00C0310A" w:rsidRPr="008929F2" w:rsidRDefault="00560EC8" w:rsidP="00925D22">
      <w:pPr>
        <w:rPr>
          <w:lang w:val="it-IT"/>
        </w:rPr>
      </w:pPr>
      <w:r w:rsidRPr="008929F2">
        <w:rPr>
          <w:b/>
          <w:lang w:val="it-IT"/>
        </w:rPr>
        <w:t>6. IMPEGNI DELLE PARTI E LIMITI DI RESPONSABILITÀ</w:t>
      </w:r>
    </w:p>
    <w:p w14:paraId="7DD2568C" w14:textId="77777777" w:rsidR="00C0310A" w:rsidRPr="008929F2" w:rsidRDefault="00560EC8" w:rsidP="00925D22">
      <w:pPr>
        <w:rPr>
          <w:lang w:val="it-IT"/>
        </w:rPr>
      </w:pPr>
      <w:r w:rsidRPr="008929F2">
        <w:rPr>
          <w:lang w:val="it-IT"/>
        </w:rPr>
        <w:t>1. I genitori si impegnano a consegnare il farmaco personalmente al Dirigente Scolastico</w:t>
      </w:r>
      <w:r w:rsidRPr="008929F2">
        <w:rPr>
          <w:lang w:val="it-IT"/>
        </w:rPr>
        <w:t xml:space="preserve"> (o al personale delegato), integro, nella confezione originale e in corso di validità, garantendone la continuità della fornitura.</w:t>
      </w:r>
    </w:p>
    <w:p w14:paraId="094F3D90" w14:textId="77777777" w:rsidR="00C0310A" w:rsidRPr="008929F2" w:rsidRDefault="00560EC8" w:rsidP="00925D22">
      <w:pPr>
        <w:rPr>
          <w:lang w:val="it-IT"/>
        </w:rPr>
      </w:pPr>
      <w:r w:rsidRPr="008929F2">
        <w:rPr>
          <w:lang w:val="it-IT"/>
        </w:rPr>
        <w:t>2. Si prende atto che la somministrazione o la vigilanza avverrà da parte di personale non sanitario. Come attestato dal med</w:t>
      </w:r>
      <w:r w:rsidRPr="008929F2">
        <w:rPr>
          <w:lang w:val="it-IT"/>
        </w:rPr>
        <w:t>ico, tale operazione non richiede discrezionalità medica né competenze specialistiche.</w:t>
      </w:r>
      <w:r w:rsidRPr="008929F2">
        <w:rPr>
          <w:lang w:val="it-IT"/>
        </w:rPr>
        <w:br/>
      </w:r>
    </w:p>
    <w:p w14:paraId="3FF964CD" w14:textId="77777777" w:rsidR="00C0310A" w:rsidRPr="008929F2" w:rsidRDefault="00560EC8" w:rsidP="00925D22">
      <w:pPr>
        <w:rPr>
          <w:lang w:val="it-IT"/>
        </w:rPr>
      </w:pPr>
      <w:r w:rsidRPr="008929F2">
        <w:rPr>
          <w:b/>
          <w:lang w:val="it-IT"/>
        </w:rPr>
        <w:t>7. DOCUMENTAZIONE ALLEGATA OBBLIGATORIAMENTE</w:t>
      </w:r>
    </w:p>
    <w:p w14:paraId="5D9CDBBF" w14:textId="77777777" w:rsidR="00C0310A" w:rsidRPr="008929F2" w:rsidRDefault="00560EC8" w:rsidP="00925D22">
      <w:pPr>
        <w:rPr>
          <w:lang w:val="it-IT"/>
        </w:rPr>
      </w:pPr>
      <w:r w:rsidRPr="008929F2">
        <w:rPr>
          <w:lang w:val="it-IT"/>
        </w:rPr>
        <w:t>[  ]  Certificazione medica e attestato di prescrizione rilasciati dal Pediatra di Libera Scelta (PLS), dal Medico di Medic</w:t>
      </w:r>
      <w:r w:rsidRPr="008929F2">
        <w:rPr>
          <w:lang w:val="it-IT"/>
        </w:rPr>
        <w:t>ina Generale (MMG) o da uno specialista del S.S.N. che attesti espressamente:</w:t>
      </w:r>
      <w:r w:rsidRPr="008929F2">
        <w:rPr>
          <w:lang w:val="it-IT"/>
        </w:rPr>
        <w:br/>
        <w:t xml:space="preserve">      - Il formale stato di malattia e l'assoluta necessità della somministrazione in orario scolastico.</w:t>
      </w:r>
      <w:r w:rsidRPr="008929F2">
        <w:rPr>
          <w:lang w:val="it-IT"/>
        </w:rPr>
        <w:br/>
        <w:t xml:space="preserve">      - Il nome commerciale del farmaco, la posologia, l'orario, la durat</w:t>
      </w:r>
      <w:r w:rsidRPr="008929F2">
        <w:rPr>
          <w:lang w:val="it-IT"/>
        </w:rPr>
        <w:t>a della terapia, le modalità di somministrazione e di conservazione.</w:t>
      </w:r>
      <w:r w:rsidRPr="008929F2">
        <w:rPr>
          <w:lang w:val="it-IT"/>
        </w:rPr>
        <w:br/>
      </w:r>
      <w:r w:rsidRPr="008929F2">
        <w:rPr>
          <w:lang w:val="it-IT"/>
        </w:rPr>
        <w:lastRenderedPageBreak/>
        <w:t xml:space="preserve">      - La fattibilità della somministrazione da parte di personale non sanitario (o l'idoneità all'</w:t>
      </w:r>
      <w:proofErr w:type="spellStart"/>
      <w:r w:rsidRPr="008929F2">
        <w:rPr>
          <w:lang w:val="it-IT"/>
        </w:rPr>
        <w:t>autosomministrazione</w:t>
      </w:r>
      <w:proofErr w:type="spellEnd"/>
      <w:r w:rsidRPr="008929F2">
        <w:rPr>
          <w:lang w:val="it-IT"/>
        </w:rPr>
        <w:t xml:space="preserve"> assistita) senza discrezionalità medica o competenze specialistich</w:t>
      </w:r>
      <w:r w:rsidRPr="008929F2">
        <w:rPr>
          <w:lang w:val="it-IT"/>
        </w:rPr>
        <w:t>e.</w:t>
      </w:r>
    </w:p>
    <w:p w14:paraId="65A70EF8" w14:textId="77777777" w:rsidR="00C0310A" w:rsidRPr="008929F2" w:rsidRDefault="00560EC8" w:rsidP="00925D22">
      <w:pPr>
        <w:rPr>
          <w:lang w:val="it-IT"/>
        </w:rPr>
      </w:pPr>
      <w:proofErr w:type="gramStart"/>
      <w:r w:rsidRPr="008929F2">
        <w:rPr>
          <w:lang w:val="it-IT"/>
        </w:rPr>
        <w:t>[  ]</w:t>
      </w:r>
      <w:proofErr w:type="gramEnd"/>
      <w:r w:rsidRPr="008929F2">
        <w:rPr>
          <w:lang w:val="it-IT"/>
        </w:rPr>
        <w:t xml:space="preserve">  Copia del documento di identità di entrambi i genitori (o dello studente se maggiorenne).</w:t>
      </w:r>
      <w:r w:rsidRPr="008929F2">
        <w:rPr>
          <w:lang w:val="it-IT"/>
        </w:rPr>
        <w:br/>
      </w:r>
    </w:p>
    <w:p w14:paraId="54F61F1A" w14:textId="77777777" w:rsidR="00C0310A" w:rsidRDefault="00560EC8" w:rsidP="00925D22">
      <w:proofErr w:type="spellStart"/>
      <w:r>
        <w:t>Luogo</w:t>
      </w:r>
      <w:proofErr w:type="spellEnd"/>
      <w:r>
        <w:t xml:space="preserve"> e Data: ________________________</w:t>
      </w:r>
      <w:r>
        <w:br/>
      </w:r>
      <w:r>
        <w:br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C0310A" w14:paraId="3ACD1343" w14:textId="77777777">
        <w:tc>
          <w:tcPr>
            <w:tcW w:w="4680" w:type="dxa"/>
          </w:tcPr>
          <w:p w14:paraId="01140E94" w14:textId="77777777" w:rsidR="00C0310A" w:rsidRDefault="00560EC8" w:rsidP="00925D22">
            <w:r>
              <w:t>Firma Genitore 1:</w:t>
            </w:r>
            <w:r>
              <w:br/>
            </w:r>
            <w:r>
              <w:br/>
              <w:t>___________________________</w:t>
            </w:r>
          </w:p>
        </w:tc>
        <w:tc>
          <w:tcPr>
            <w:tcW w:w="4680" w:type="dxa"/>
          </w:tcPr>
          <w:p w14:paraId="797FE6FB" w14:textId="77777777" w:rsidR="00C0310A" w:rsidRDefault="00560EC8" w:rsidP="00925D22">
            <w:r>
              <w:t>Firma Genitore 2:</w:t>
            </w:r>
            <w:r>
              <w:br/>
            </w:r>
            <w:r>
              <w:br/>
              <w:t>___________________________</w:t>
            </w:r>
          </w:p>
        </w:tc>
      </w:tr>
      <w:tr w:rsidR="00C0310A" w:rsidRPr="008929F2" w14:paraId="4B52A84C" w14:textId="77777777">
        <w:tc>
          <w:tcPr>
            <w:tcW w:w="4680" w:type="dxa"/>
          </w:tcPr>
          <w:p w14:paraId="6868BBE4" w14:textId="77777777" w:rsidR="00C0310A" w:rsidRPr="008929F2" w:rsidRDefault="00560EC8" w:rsidP="00925D22">
            <w:pPr>
              <w:rPr>
                <w:lang w:val="it-IT"/>
              </w:rPr>
            </w:pPr>
            <w:r w:rsidRPr="008929F2">
              <w:rPr>
                <w:lang w:val="it-IT"/>
              </w:rPr>
              <w:br/>
              <w:t>(In caso di student</w:t>
            </w:r>
            <w:r w:rsidRPr="008929F2">
              <w:rPr>
                <w:lang w:val="it-IT"/>
              </w:rPr>
              <w:t>e maggiorenne)</w:t>
            </w:r>
            <w:r w:rsidRPr="008929F2">
              <w:rPr>
                <w:lang w:val="it-IT"/>
              </w:rPr>
              <w:br/>
              <w:t>Firma dello Studente:</w:t>
            </w:r>
            <w:r w:rsidRPr="008929F2">
              <w:rPr>
                <w:lang w:val="it-IT"/>
              </w:rPr>
              <w:br/>
            </w:r>
            <w:r w:rsidRPr="008929F2">
              <w:rPr>
                <w:lang w:val="it-IT"/>
              </w:rPr>
              <w:br/>
              <w:t>___________________________</w:t>
            </w:r>
          </w:p>
        </w:tc>
        <w:tc>
          <w:tcPr>
            <w:tcW w:w="4680" w:type="dxa"/>
          </w:tcPr>
          <w:p w14:paraId="14FD0FC5" w14:textId="77777777" w:rsidR="00C0310A" w:rsidRPr="008929F2" w:rsidRDefault="00C0310A" w:rsidP="00925D22">
            <w:pPr>
              <w:rPr>
                <w:lang w:val="it-IT"/>
              </w:rPr>
            </w:pPr>
          </w:p>
        </w:tc>
      </w:tr>
    </w:tbl>
    <w:p w14:paraId="3D0F3A22" w14:textId="77777777" w:rsidR="000A32D0" w:rsidRPr="008929F2" w:rsidRDefault="000A32D0">
      <w:pPr>
        <w:rPr>
          <w:lang w:val="it-IT"/>
        </w:rPr>
      </w:pPr>
    </w:p>
    <w:sectPr w:rsidR="000A32D0" w:rsidRPr="008929F2" w:rsidSect="0003461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8B2291" w14:textId="77777777" w:rsidR="00560EC8" w:rsidRDefault="00560EC8" w:rsidP="008929F2">
      <w:pPr>
        <w:spacing w:after="0" w:line="240" w:lineRule="auto"/>
      </w:pPr>
      <w:r>
        <w:separator/>
      </w:r>
    </w:p>
  </w:endnote>
  <w:endnote w:type="continuationSeparator" w:id="0">
    <w:p w14:paraId="6F3CC3ED" w14:textId="77777777" w:rsidR="00560EC8" w:rsidRDefault="00560EC8" w:rsidP="00892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4261787"/>
      <w:docPartObj>
        <w:docPartGallery w:val="Page Numbers (Bottom of Page)"/>
        <w:docPartUnique/>
      </w:docPartObj>
    </w:sdtPr>
    <w:sdtContent>
      <w:p w14:paraId="553DEA38" w14:textId="546F04F3" w:rsidR="008929F2" w:rsidRDefault="008929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17082A79" w14:textId="77777777" w:rsidR="008929F2" w:rsidRDefault="008929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657DB3" w14:textId="77777777" w:rsidR="00560EC8" w:rsidRDefault="00560EC8" w:rsidP="008929F2">
      <w:pPr>
        <w:spacing w:after="0" w:line="240" w:lineRule="auto"/>
      </w:pPr>
      <w:r>
        <w:separator/>
      </w:r>
    </w:p>
  </w:footnote>
  <w:footnote w:type="continuationSeparator" w:id="0">
    <w:p w14:paraId="617ED1BC" w14:textId="77777777" w:rsidR="00560EC8" w:rsidRDefault="00560EC8" w:rsidP="008929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18A"/>
    <w:rsid w:val="00034616"/>
    <w:rsid w:val="0006063C"/>
    <w:rsid w:val="000A32D0"/>
    <w:rsid w:val="0015074B"/>
    <w:rsid w:val="0029639D"/>
    <w:rsid w:val="00326F90"/>
    <w:rsid w:val="00560EC8"/>
    <w:rsid w:val="008929F2"/>
    <w:rsid w:val="00925D22"/>
    <w:rsid w:val="00A263B0"/>
    <w:rsid w:val="00AA1D8D"/>
    <w:rsid w:val="00B47730"/>
    <w:rsid w:val="00C0310A"/>
    <w:rsid w:val="00CB0664"/>
    <w:rsid w:val="00F96A5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3FE928"/>
  <w14:defaultImageDpi w14:val="300"/>
  <w15:docId w15:val="{D53A4C92-F312-4C0B-A5DD-C9B314BF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640E5F-F0EE-432A-A85C-159A46561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669</Words>
  <Characters>3817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Paolo Incollingo</cp:lastModifiedBy>
  <cp:revision>3</cp:revision>
  <dcterms:created xsi:type="dcterms:W3CDTF">2026-09-23T16:08:00Z</dcterms:created>
  <dcterms:modified xsi:type="dcterms:W3CDTF">2026-09-23T16:12:00Z</dcterms:modified>
  <cp:category/>
</cp:coreProperties>
</file>